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Столица России – Москва. Достопримечательности Москвы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Окружающий мир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1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Столица России – Москва. Достопримечательности Москвы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Плешаков А.А.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обучающихся о Москве как столице России и её достопримечательностях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«столица», с основными достопримечательностями Москвы</w:t>
      </w:r>
    </w:p>
    <w:p>
      <w:pPr>
        <w:pStyle w:val="ListBullet"/>
        <w:spacing w:after="120"/>
      </w:pPr>
      <w:r>
        <w:t>Научить называть и кратко описывать некоторые достопримечательности Москвы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ориентироваться в информации, представленной в разных формах (текст, иллюстрации)</w:t>
      </w:r>
    </w:p>
    <w:p>
      <w:pPr>
        <w:pStyle w:val="ListBullet"/>
        <w:spacing w:after="120"/>
      </w:pPr>
      <w:r>
        <w:t>Развивать речь и умение формулировать свои мысли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уважительное отношение к истории и культуре своей страны</w:t>
      </w:r>
    </w:p>
    <w:p>
      <w:pPr>
        <w:pStyle w:val="ListBullet"/>
        <w:spacing w:after="120"/>
      </w:pPr>
      <w:r>
        <w:t>Формировать чувство гордости за свою Родину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истории и культуре своей страны</w:t>
      </w:r>
    </w:p>
    <w:p>
      <w:pPr>
        <w:pStyle w:val="ListBullet"/>
        <w:spacing w:after="120"/>
      </w:pPr>
      <w:r>
        <w:t>Испытывает чувство гордости за свою Родину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известные объекты по заданному признаку (например, по внешнему виду)</w:t>
      </w:r>
    </w:p>
    <w:p>
      <w:pPr>
        <w:pStyle w:val="ListBullet"/>
        <w:spacing w:after="120"/>
      </w:pPr>
      <w:r>
        <w:t>Выделяет из текста информацию о достопримечательностях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Ставит цель — узнать о столице и её достопримечательностях</w:t>
      </w:r>
    </w:p>
    <w:p>
      <w:pPr>
        <w:pStyle w:val="ListBullet"/>
        <w:spacing w:after="120"/>
      </w:pPr>
      <w:r>
        <w:t>Сверяет свои ответы с эталоном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Задаёт вопросы по теме урока</w:t>
      </w:r>
    </w:p>
    <w:p>
      <w:pPr>
        <w:pStyle w:val="ListBullet"/>
        <w:spacing w:after="120"/>
      </w:pPr>
      <w:r>
        <w:t>Выражает своё мнение о достопримечательностях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Называет столицу России</w:t>
      </w:r>
    </w:p>
    <w:p>
      <w:pPr>
        <w:pStyle w:val="ListBullet"/>
        <w:spacing w:after="120"/>
      </w:pPr>
      <w:r>
        <w:t>Перечисляет 2–3 достопримечательности Москвы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составление коротких предложений о Москве</w:t>
      </w:r>
    </w:p>
    <w:p>
      <w:pPr>
        <w:pStyle w:val="ListBullet"/>
        <w:spacing w:after="120"/>
      </w:pPr>
      <w:r>
        <w:t>изобразительное искусство: рисование одной из достопримечательностей Москвы</w:t>
      </w:r>
    </w:p>
    <w:p>
      <w:pPr>
        <w:pStyle w:val="ListBullet"/>
        <w:spacing w:after="120"/>
      </w:pPr>
      <w:r>
        <w:t>литературное чтение: знакомство с произведениями о Москве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иллюстрациями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наблюдение</w:t>
      </w:r>
    </w:p>
    <w:p>
      <w:pPr>
        <w:pStyle w:val="ListBullet"/>
        <w:spacing w:after="120"/>
      </w:pPr>
      <w:r>
        <w:t>дискуссия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Плешакова А.А. «Окружающий мир»</w:t>
      </w:r>
    </w:p>
    <w:p>
      <w:pPr>
        <w:pStyle w:val="ListBullet"/>
        <w:spacing w:after="120"/>
      </w:pPr>
      <w:r>
        <w:t>иллюстрации с изображением достопримечательностей Москвы</w:t>
      </w:r>
    </w:p>
    <w:p>
      <w:pPr>
        <w:pStyle w:val="ListBullet"/>
        <w:spacing w:after="120"/>
      </w:pPr>
      <w:r>
        <w:t>раздаточный материал с изображениями достопримечательностей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столица, достопримечательность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отправимся в удивительное путешествие. Угадайте, куда мы попадём, если услышим такие слова: Красная площадь, Кремль, река Москва». Показывает иллюстрацию с изображением Красной площади. Предлагает детям поделиться, что они знают об этом месте.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 учителя, рассматривают иллюстрацию, называют известные им места в Москве, высказывают предположения о теме урока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излагает мысль, задаёт вопрос по существу; Регулятивные: принимает учебную задачу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Определяет тему урока — Москва и её достопримечательности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«Кто знает, почему Москва — столица нашей страны?» Предлагает в парах обсудить и назвать 1–2 причины. Раздаёт карточки с изображениями известных мест (Кремль, Большой театр, МГУ) и просит выбрать те, которые находятся в Москве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обсуждают, почему Москва — столица, называют причины; выбирают карточки с изображениями достопримечательностей Москвы, объясняют свой выбор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договаривается с партнёром, излагает мысль; Познавательные: находит сведения в иллюстрациях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1–2 причины, почему Москва — столица; выбирает изображения достопримечательностей Москвы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«Вы хорошо справились с заданием, но некоторые из вас затруднились назвать больше трёх достопримечательностей. Почему так получилось?» Записывает ответы детей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Высказывают предположения, почему не смогли назвать больше достопримечательностей: «мало знаем», «не запомнили»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фиксирует затруднение; Коммуникативные: излагает мысль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причину затруднения — недостаток знаний о достопримечательностях Москвы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«Что нам нужно сделать, чтобы узнать больше о достопримечательностях Москвы?» Предлагает план: «Сначала посмотрим картинки, потом прочитаем текст, а затем попробуем рассказать о достопримечательностях друг другу». Записывает план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Соглашаются с планом, формулируют цель — узнать больше о достопримечательностях Москвы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планирует шаги для решения задачи; Коммуникативные: принимает общий результат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цель урока — узнать больше о достопримечательностях Москвы; принимает план работы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посмотрим на иллюстрации и найдём на них известные нам достопримечательности». Показывает иллюстрации, просит детей назвать достопримечательности и кратко рассказать о них. Задаёт вопрос: «Что интересного вы заметили в этих местах?»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иллюстрации, называют достопримечательности, кратко рассказывают о них (2–3 предложения), отмечают интересные детали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находит сведения в иллюстрациях; Коммуникативные: излагает мысль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и кратко описывает 2–3 достопримечательности Москвы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названиями достопримечательностей (Кремль, Большой театр, парк Горького). Говорит: «Выберите одну карточку и расскажите о ней своему соседу по парте. Используйте слова: «это место находится в Москве», «здесь можно увидеть», «оно известно тем, что»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Выбирают карточку, рассказывают о достопримечательности соседу по парте, используя заданные слова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излагает мысль, договаривается с партнёром; Познавательные: преобразует информацию в устное высказывание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Рассказывает о выбранной достопримечательности Москвы соседу по парте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задание: «Нарисуйте одну из достопримечательностей Москвы, которую вы запомнили. Подпишите рисунок одним словом». Раздаёт эталоны с изображениями достопримечательностей для самопроверки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Рисуют достопримечательность, подписывают рисунок, сверяют свой рисунок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сверяет результат с эталоном; Познавательные: преобразует информацию в рисунок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Рисует и подписывает одну из достопримечательностей Москвы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«Что нового вы узнали сегодня о Москве?» Предлагает игру «Верно — неверно»: «Красная площадь находится в Москве» — верно; «Эйфелева башня находится в Москве» — неверно. Просит поднять зелёную карточку, если утверждение верное, и красную — если неверное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вопрос, перечисляя новые знания о Москве; поднимают зелёную или красную карточку в зависимости от верности утверждения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выявляет закономерность, устанавливает причинно-следственные связи; Коммуникативные: корректно возражает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Перечисляет новые знания о Москве; верно определяет верность утверждений о достопримечательностях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выборочный контроль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вам больше всего понравилось на уроке?», «Что было трудно?» Предлагает закончить предложение: «Сегодня я узнал, что…»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заканчивают предложение, делятся своими впечатлениями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оценивает своё продвижение; Коммуникативные: излагает мысль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работу на уроке, формулирует, что нового узнал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Нарисовать одну из достопримечательностей Москвы и подписать её название</w:t>
      </w:r>
    </w:p>
    <w:p>
      <w:pPr>
        <w:spacing w:after="120"/>
      </w:pPr>
      <w:r>
        <w:t>Повышенный уровень: Составить короткий рассказ (3–4 предложения) о нарисованной достопримечательности</w:t>
      </w:r>
    </w:p>
    <w:p>
      <w:pPr>
        <w:spacing w:after="120"/>
      </w:pPr>
      <w:r>
        <w:t>Творческое задание: Придумать загадку о достопримечательности Москвы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выбрать из предложенных карточек изображения достопримечательностей Москвы и назвать их; повышенный уровень: рассказать о выбранной достопримечательности, используя 3–4 предложения; высокий уровень: составить короткий рассказ (5–6 предложений) о достопримечательности, включив интересные факты; поддержка обучающихся, испытывающих затруднения: использование опорных слов и фраз, индивидуальная помощь учителя, упрощённые задания (например, выбрать только одно изображение и назвать его)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умение называть столицу России</w:t>
      </w:r>
    </w:p>
    <w:p>
      <w:pPr>
        <w:pStyle w:val="ListBullet"/>
        <w:spacing w:after="120"/>
      </w:pPr>
      <w:r>
        <w:t>умение перечислять достопримечательности Москвы</w:t>
      </w:r>
    </w:p>
    <w:p>
      <w:pPr>
        <w:pStyle w:val="ListBullet"/>
        <w:spacing w:after="120"/>
      </w:pPr>
      <w:r>
        <w:t>умение кратко описывать достопримечательности</w:t>
      </w:r>
    </w:p>
    <w:p>
      <w:pPr>
        <w:pStyle w:val="ListBullet"/>
        <w:spacing w:after="120"/>
      </w:pPr>
      <w:r>
        <w:t>умение работать в паре и слушать собеседника</w:t>
      </w:r>
    </w:p>
    <w:p>
      <w:pPr>
        <w:pStyle w:val="ListBullet"/>
        <w:spacing w:after="120"/>
      </w:pPr>
      <w:r>
        <w:t>умение выполнять задание самостоятельно и проверять себя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Плешаков А.А.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«Окружающий мир»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предмету</w:t>
      </w:r>
    </w:p>
    <w:p>
      <w:pPr>
        <w:pStyle w:val="ListNumber"/>
        <w:spacing w:after="120"/>
      </w:pPr>
      <w:r>
        <w:t>проверить фактический материал (термины, примеры) по учебнику Плешакова А.А.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иллюстраций, раздаточного материала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Столица России – Москва. Достопримечательности Москвы (Окружающий мир, 1 класс)</dc:title>
  <dc:subject>Окружающий мир</dc:subject>
  <dc:creator>ТехКарта</dc:creator>
  <cp:keywords/>
  <dc:description/>
  <cp:lastModifiedBy>ТехКарта</cp:lastModifiedBy>
  <cp:revision>1</cp:revision>
  <dcterms:created xsi:type="dcterms:W3CDTF">2026-09-26T12:38:33Z</dcterms:created>
  <dcterms:modified xsi:type="dcterms:W3CDTF">2026-09-26T12:38:33Z</dcterms:modified>
  <cp:category/>
</cp:coreProperties>
</file>